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834F4" w14:textId="4F7C9A90" w:rsidR="00130A2F" w:rsidRDefault="002A303C">
      <w:pPr>
        <w:pStyle w:val="Title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07860DF" wp14:editId="154FB0EF">
            <wp:simplePos x="0" y="0"/>
            <wp:positionH relativeFrom="margin">
              <wp:align>right</wp:align>
            </wp:positionH>
            <wp:positionV relativeFrom="page">
              <wp:posOffset>562860</wp:posOffset>
            </wp:positionV>
            <wp:extent cx="2629470" cy="1151890"/>
            <wp:effectExtent l="0" t="0" r="0" b="0"/>
            <wp:wrapNone/>
            <wp:docPr id="1515500471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00471" name="Picture 2" descr="A logo for a compan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947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C10665" wp14:editId="556003AD">
            <wp:extent cx="2459937" cy="1257300"/>
            <wp:effectExtent l="0" t="0" r="0" b="0"/>
            <wp:docPr id="508509376" name="Picture 3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09376" name="Picture 3" descr="A logo for a compan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0541" cy="12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5E70" w14:textId="17BBE103" w:rsidR="00130A2F" w:rsidRPr="00E873DE" w:rsidRDefault="00AD6ED1" w:rsidP="00AD6ED1">
      <w:pPr>
        <w:pStyle w:val="Heading1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</w:t>
      </w:r>
      <w:r w:rsidR="002A303C" w:rsidRPr="00E873DE">
        <w:rPr>
          <w:sz w:val="26"/>
          <w:szCs w:val="26"/>
        </w:rPr>
        <w:t>Kerin Flattery, Realtor® | RN | Interior Designer</w:t>
      </w:r>
    </w:p>
    <w:p w14:paraId="174643C7" w14:textId="5236BE36" w:rsidR="00294393" w:rsidRDefault="00294393" w:rsidP="007F2DC2">
      <w:pPr>
        <w:pStyle w:val="IntenseQuote"/>
        <w:jc w:val="center"/>
      </w:pPr>
      <w:r>
        <w:rPr>
          <w:noProof/>
        </w:rPr>
        <w:drawing>
          <wp:inline distT="0" distB="0" distL="0" distR="0" wp14:anchorId="192BF044" wp14:editId="45AD2197">
            <wp:extent cx="2423160" cy="1615440"/>
            <wp:effectExtent l="0" t="0" r="0" b="3810"/>
            <wp:docPr id="649722169" name="Picture 1" descr="A person standing in front of a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22169" name="Picture 1" descr="A person standing in front of a doo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DAD0" w14:textId="6A457BE8" w:rsidR="00130A2F" w:rsidRPr="006713F1" w:rsidRDefault="00000000" w:rsidP="007F2DC2">
      <w:pPr>
        <w:pStyle w:val="IntenseQuote"/>
        <w:jc w:val="center"/>
        <w:rPr>
          <w:sz w:val="26"/>
          <w:szCs w:val="26"/>
        </w:rPr>
      </w:pPr>
      <w:r w:rsidRPr="006713F1">
        <w:rPr>
          <w:sz w:val="26"/>
          <w:szCs w:val="26"/>
        </w:rPr>
        <w:t xml:space="preserve">You </w:t>
      </w:r>
      <w:proofErr w:type="gramStart"/>
      <w:r w:rsidRPr="006713F1">
        <w:rPr>
          <w:sz w:val="26"/>
          <w:szCs w:val="26"/>
        </w:rPr>
        <w:t>heal,</w:t>
      </w:r>
      <w:proofErr w:type="gramEnd"/>
      <w:r w:rsidRPr="006713F1">
        <w:rPr>
          <w:sz w:val="26"/>
          <w:szCs w:val="26"/>
        </w:rPr>
        <w:t xml:space="preserve"> I help you find </w:t>
      </w:r>
      <w:r w:rsidR="006112FE" w:rsidRPr="006713F1">
        <w:rPr>
          <w:sz w:val="26"/>
          <w:szCs w:val="26"/>
        </w:rPr>
        <w:t>‘H</w:t>
      </w:r>
      <w:r w:rsidRPr="006713F1">
        <w:rPr>
          <w:sz w:val="26"/>
          <w:szCs w:val="26"/>
        </w:rPr>
        <w:t>ome</w:t>
      </w:r>
      <w:r w:rsidR="006112FE" w:rsidRPr="006713F1">
        <w:rPr>
          <w:sz w:val="26"/>
          <w:szCs w:val="26"/>
        </w:rPr>
        <w:t>’</w:t>
      </w:r>
    </w:p>
    <w:p w14:paraId="14B2153D" w14:textId="77777777" w:rsidR="00130A2F" w:rsidRDefault="00000000">
      <w:pPr>
        <w:pStyle w:val="Heading2"/>
      </w:pPr>
      <w:r>
        <w:t>A Real Estate Partner Who Understands Healthcare</w:t>
      </w:r>
    </w:p>
    <w:p w14:paraId="0EE57711" w14:textId="2BB5745D" w:rsidR="00130A2F" w:rsidRDefault="00000000">
      <w:r>
        <w:t xml:space="preserve">As an RN and wife of a hospital CEO, I know firsthand the pace, pressure, and purpose that define the lives of healthcare professionals. I specialize in helping </w:t>
      </w:r>
      <w:r w:rsidR="009F1330">
        <w:t>Ph</w:t>
      </w:r>
      <w:r>
        <w:t xml:space="preserve">ysicians, </w:t>
      </w:r>
      <w:r w:rsidR="009F1330">
        <w:t>Physician Assistants</w:t>
      </w:r>
      <w:r>
        <w:t xml:space="preserve"> and N</w:t>
      </w:r>
      <w:r w:rsidR="009F1330">
        <w:t>urse Practitioners</w:t>
      </w:r>
      <w:r>
        <w:t xml:space="preserve"> find homes that support their lifestyle-whether relocating or just starting out.</w:t>
      </w:r>
    </w:p>
    <w:p w14:paraId="1415799B" w14:textId="4227813D" w:rsidR="00130A2F" w:rsidRDefault="00000000">
      <w:pPr>
        <w:pStyle w:val="Heading2"/>
      </w:pPr>
      <w:r>
        <w:t xml:space="preserve">Services </w:t>
      </w:r>
      <w:r w:rsidR="005D7E49">
        <w:t>Offered to</w:t>
      </w:r>
      <w:r>
        <w:t xml:space="preserve"> New Providers</w:t>
      </w:r>
    </w:p>
    <w:p w14:paraId="16E6EC27" w14:textId="5EBFF8D9" w:rsidR="00130A2F" w:rsidRDefault="00000000">
      <w:pPr>
        <w:pStyle w:val="ListBullet"/>
      </w:pPr>
      <w:r>
        <w:t>Personalized home search tailored to schedules and commute</w:t>
      </w:r>
    </w:p>
    <w:p w14:paraId="33FE5A87" w14:textId="61A60545" w:rsidR="00130A2F" w:rsidRDefault="00000000">
      <w:pPr>
        <w:pStyle w:val="ListBullet"/>
      </w:pPr>
      <w:r>
        <w:t>Support for relocations and virtual consultations</w:t>
      </w:r>
    </w:p>
    <w:p w14:paraId="3FE3B606" w14:textId="41422B43" w:rsidR="00130A2F" w:rsidRDefault="00000000">
      <w:pPr>
        <w:pStyle w:val="ListBullet"/>
      </w:pPr>
      <w:r>
        <w:t xml:space="preserve">Local insight </w:t>
      </w:r>
      <w:r w:rsidR="009F1330">
        <w:t>in</w:t>
      </w:r>
      <w:r>
        <w:t xml:space="preserve"> Roanoke + New River Valley neighborhoods</w:t>
      </w:r>
    </w:p>
    <w:p w14:paraId="1DCADAE0" w14:textId="5608ECDF" w:rsidR="00130A2F" w:rsidRDefault="00000000">
      <w:pPr>
        <w:pStyle w:val="ListBullet"/>
      </w:pPr>
      <w:r>
        <w:t>Design/staging guidance through Imagine Interiors</w:t>
      </w:r>
    </w:p>
    <w:p w14:paraId="27343065" w14:textId="5DFD2A5E" w:rsidR="00130A2F" w:rsidRDefault="00000000" w:rsidP="006713F1">
      <w:pPr>
        <w:pStyle w:val="ListBullet"/>
      </w:pPr>
      <w:r>
        <w:t>Referrals for trusted lenders, inspectors, and contractors</w:t>
      </w:r>
    </w:p>
    <w:p w14:paraId="00AF4BAA" w14:textId="319C4159" w:rsidR="00511539" w:rsidRDefault="00511539" w:rsidP="006713F1">
      <w:pPr>
        <w:pStyle w:val="ListBullet"/>
      </w:pPr>
      <w:r>
        <w:t>Provider Advantage Program led by Kerin Flattery powered by Divine Fog Serves</w:t>
      </w:r>
    </w:p>
    <w:p w14:paraId="1831512F" w14:textId="07300FEA" w:rsidR="00130A2F" w:rsidRDefault="00000000">
      <w:pPr>
        <w:pStyle w:val="Heading2"/>
      </w:pPr>
      <w:r>
        <w:t xml:space="preserve">$0 Down </w:t>
      </w:r>
      <w:r w:rsidR="00294393">
        <w:t>Provider</w:t>
      </w:r>
      <w:r>
        <w:t xml:space="preserve"> Loan Program</w:t>
      </w:r>
    </w:p>
    <w:p w14:paraId="37043E48" w14:textId="79AE872D" w:rsidR="00130A2F" w:rsidRDefault="00000000">
      <w:r>
        <w:t>In partnership with</w:t>
      </w:r>
      <w:r w:rsidR="00E538CF">
        <w:t xml:space="preserve"> </w:t>
      </w:r>
      <w:r w:rsidR="00F533C2">
        <w:t xml:space="preserve">a </w:t>
      </w:r>
      <w:r w:rsidR="00E538CF">
        <w:t>lender who offers a provider loan program</w:t>
      </w:r>
      <w:r w:rsidR="00F533C2">
        <w:t>. These zero down payment loans offer attractive rates and great flexibility.</w:t>
      </w:r>
    </w:p>
    <w:p w14:paraId="38D63190" w14:textId="77777777" w:rsidR="00130A2F" w:rsidRDefault="00000000">
      <w:pPr>
        <w:pStyle w:val="Heading2"/>
      </w:pPr>
      <w:r>
        <w:t>Let's Connect</w:t>
      </w:r>
    </w:p>
    <w:p w14:paraId="5C5E4CE0" w14:textId="4ACE5E87" w:rsidR="00613450" w:rsidRDefault="00000000" w:rsidP="00613450">
      <w:pPr>
        <w:pStyle w:val="NoSpacing"/>
      </w:pPr>
      <w:r>
        <w:t>Kerin Flattery</w:t>
      </w:r>
      <w:r w:rsidR="00924289">
        <w:t>, RN</w:t>
      </w:r>
      <w:r>
        <w:br/>
        <w:t>Realtor®, Divine Fog Realty Group</w:t>
      </w:r>
      <w:r>
        <w:br/>
        <w:t>Phone: 540.682.0383</w:t>
      </w:r>
      <w:r>
        <w:br/>
        <w:t>Email: kerin@divinefogrealty.com</w:t>
      </w:r>
      <w:r>
        <w:br/>
      </w:r>
    </w:p>
    <w:p w14:paraId="76B7713D" w14:textId="77777777" w:rsidR="00613450" w:rsidRDefault="00613450"/>
    <w:p w14:paraId="3A0D13FA" w14:textId="77777777" w:rsidR="00613450" w:rsidRDefault="00613450" w:rsidP="00613450">
      <w:pPr>
        <w:pStyle w:val="NoSpacing"/>
      </w:pPr>
    </w:p>
    <w:sectPr w:rsidR="00613450" w:rsidSect="002943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50560345">
    <w:abstractNumId w:val="8"/>
  </w:num>
  <w:num w:numId="2" w16cid:durableId="915867127">
    <w:abstractNumId w:val="6"/>
  </w:num>
  <w:num w:numId="3" w16cid:durableId="824129052">
    <w:abstractNumId w:val="5"/>
  </w:num>
  <w:num w:numId="4" w16cid:durableId="1910187864">
    <w:abstractNumId w:val="4"/>
  </w:num>
  <w:num w:numId="5" w16cid:durableId="1488790632">
    <w:abstractNumId w:val="7"/>
  </w:num>
  <w:num w:numId="6" w16cid:durableId="1815102746">
    <w:abstractNumId w:val="3"/>
  </w:num>
  <w:num w:numId="7" w16cid:durableId="432017278">
    <w:abstractNumId w:val="2"/>
  </w:num>
  <w:num w:numId="8" w16cid:durableId="913391457">
    <w:abstractNumId w:val="1"/>
  </w:num>
  <w:num w:numId="9" w16cid:durableId="189361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5D69"/>
    <w:rsid w:val="0006063C"/>
    <w:rsid w:val="001010B7"/>
    <w:rsid w:val="00130A2F"/>
    <w:rsid w:val="0015074B"/>
    <w:rsid w:val="00171C90"/>
    <w:rsid w:val="00294393"/>
    <w:rsid w:val="0029639D"/>
    <w:rsid w:val="002A303C"/>
    <w:rsid w:val="00326F90"/>
    <w:rsid w:val="004636AB"/>
    <w:rsid w:val="004863C2"/>
    <w:rsid w:val="004D3D5E"/>
    <w:rsid w:val="00511539"/>
    <w:rsid w:val="00584CC0"/>
    <w:rsid w:val="005D7E49"/>
    <w:rsid w:val="006112FE"/>
    <w:rsid w:val="00613450"/>
    <w:rsid w:val="006713F1"/>
    <w:rsid w:val="00742DE5"/>
    <w:rsid w:val="007F2DC2"/>
    <w:rsid w:val="00924289"/>
    <w:rsid w:val="009F1330"/>
    <w:rsid w:val="00AA1D8D"/>
    <w:rsid w:val="00AD6ED1"/>
    <w:rsid w:val="00B47730"/>
    <w:rsid w:val="00B72EBA"/>
    <w:rsid w:val="00CB0664"/>
    <w:rsid w:val="00D905CC"/>
    <w:rsid w:val="00E00C5F"/>
    <w:rsid w:val="00E538CF"/>
    <w:rsid w:val="00E873DE"/>
    <w:rsid w:val="00ED028F"/>
    <w:rsid w:val="00F017ED"/>
    <w:rsid w:val="00F07A50"/>
    <w:rsid w:val="00F26A6E"/>
    <w:rsid w:val="00F533C2"/>
    <w:rsid w:val="00F647E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227FA2"/>
  <w14:defaultImageDpi w14:val="300"/>
  <w15:docId w15:val="{3854FABA-FFD0-4C94-8F91-29809A794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Bill Flattery</cp:lastModifiedBy>
  <cp:revision>2</cp:revision>
  <dcterms:created xsi:type="dcterms:W3CDTF">2025-08-25T17:07:00Z</dcterms:created>
  <dcterms:modified xsi:type="dcterms:W3CDTF">2025-08-25T17:07:00Z</dcterms:modified>
  <cp:category/>
</cp:coreProperties>
</file>